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4A14F" w14:textId="77777777" w:rsidR="00FC294E" w:rsidRDefault="00000000">
      <w:pPr>
        <w:pStyle w:val="Titolo"/>
        <w:jc w:val="center"/>
      </w:pPr>
      <w:r>
        <w:rPr>
          <w:rFonts w:ascii="Carlito" w:hAnsi="Carlito"/>
        </w:rPr>
        <w:t>SCHEDA DI PROPOSTA MODULO DIDATTICO</w:t>
      </w:r>
    </w:p>
    <w:p w14:paraId="0F7D0DEC" w14:textId="77777777" w:rsidR="00FC294E" w:rsidRDefault="00000000">
      <w:pPr>
        <w:spacing w:after="160" w:line="281" w:lineRule="auto"/>
        <w:jc w:val="center"/>
      </w:pPr>
      <w:r>
        <w:rPr>
          <w:b/>
          <w:color w:val="307AA4"/>
          <w:sz w:val="19"/>
        </w:rPr>
        <w:t>PN “Scuola e competenze” 2021–2027 • FSE+  |  Avviso prot. n. 239372 del 12/10/2026</w:t>
      </w:r>
    </w:p>
    <w:p w14:paraId="4B8BCF62" w14:textId="77777777" w:rsidR="00FC294E" w:rsidRDefault="00000000">
      <w:pPr>
        <w:spacing w:after="160" w:line="281" w:lineRule="auto"/>
      </w:pPr>
      <w:r>
        <w:rPr>
          <w:b/>
          <w:color w:val="173F6A"/>
        </w:rPr>
        <w:t>CITTADINANZA AMBIENTALE E CURA DEI BENI PUBBLICI</w:t>
      </w:r>
      <w:r>
        <w:br/>
      </w:r>
      <w:r>
        <w:rPr>
          <w:color w:val="4B5B69"/>
          <w:sz w:val="18"/>
        </w:rPr>
        <w:t>Obiettivo ESO4.6  |  Azione ESO4.6.A3  |  Sotto-azione ESO4.6.A3.A</w:t>
      </w:r>
    </w:p>
    <w:p w14:paraId="4D9FADDE" w14:textId="77777777" w:rsidR="00FC294E" w:rsidRDefault="00000000">
      <w:pPr>
        <w:pStyle w:val="Titolo1"/>
        <w:pBdr>
          <w:bottom w:val="single" w:sz="7" w:space="0" w:color="C6D5E0"/>
        </w:pBdr>
      </w:pPr>
      <w:r>
        <w:rPr>
          <w:rFonts w:ascii="Carlito" w:hAnsi="Carlito"/>
          <w:color w:val="307AA4"/>
          <w:sz w:val="22"/>
        </w:rPr>
        <w:t xml:space="preserve">01  </w:t>
      </w:r>
      <w:r>
        <w:rPr>
          <w:rFonts w:ascii="Carlito" w:hAnsi="Carlito"/>
          <w:sz w:val="22"/>
        </w:rPr>
        <w:t>DATI IDENTIFICATIVI DEL MODULO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746"/>
      </w:tblGrid>
      <w:tr w:rsidR="00FC294E" w14:paraId="384F7751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01DDF5EB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Titolo del modulo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3B2FEACC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[Titolo sintetico e identificativo]</w:t>
            </w:r>
          </w:p>
        </w:tc>
      </w:tr>
      <w:tr w:rsidR="00FC294E" w14:paraId="5B9D5F20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5BA13BC9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Docente/i proponente/i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537F744C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[Cognome, nome, recapito istituzionale]</w:t>
            </w:r>
          </w:p>
        </w:tc>
      </w:tr>
      <w:tr w:rsidR="00FC294E" w14:paraId="63ED448F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3F572E75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Ordine di scuola / plesso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0E9E248F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[Primaria / Secondaria di I grado – plesso]</w:t>
            </w:r>
          </w:p>
        </w:tc>
      </w:tr>
      <w:tr w:rsidR="00FC294E" w14:paraId="5A9AB7B0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206C0E26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Classi e destinatari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6C67865E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[Classi interessate, età / caratteristiche del gruppo]</w:t>
            </w:r>
          </w:p>
        </w:tc>
      </w:tr>
      <w:tr w:rsidR="00FC294E" w14:paraId="41F34306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7C85B85F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Numero partecipanti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30FF01C2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[N. previsto – massimo 20 iscritti]</w:t>
            </w:r>
          </w:p>
        </w:tc>
      </w:tr>
      <w:tr w:rsidR="00FC294E" w14:paraId="55EDA126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2C5F04F6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Durata del modulo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544E2BA8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☐ 30 ore       ☐ 60 ore    (selezionare una opzione)</w:t>
            </w:r>
          </w:p>
        </w:tc>
      </w:tr>
      <w:tr w:rsidR="00FC294E" w14:paraId="086CF42F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184C15D5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Periodo indicativo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39EE5CDA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[Mese/i, calendario orientativo, fascia oraria extrascolastica]</w:t>
            </w:r>
          </w:p>
        </w:tc>
      </w:tr>
      <w:tr w:rsidR="00FC294E" w14:paraId="3D8D214B" w14:textId="77777777">
        <w:trPr>
          <w:cantSplit/>
          <w:trHeight w:val="425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56E07282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Sede / spazi di attività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7B95D158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[Plesso, parco, giardino, spazi pubblici o altri luoghi]</w:t>
            </w:r>
          </w:p>
        </w:tc>
      </w:tr>
    </w:tbl>
    <w:p w14:paraId="6A430BB1" w14:textId="77777777" w:rsidR="00FC294E" w:rsidRDefault="00000000">
      <w:pPr>
        <w:pStyle w:val="Titolo1"/>
        <w:pBdr>
          <w:bottom w:val="single" w:sz="7" w:space="0" w:color="C6D5E0"/>
        </w:pBdr>
      </w:pPr>
      <w:r>
        <w:rPr>
          <w:rFonts w:ascii="Carlito" w:hAnsi="Carlito"/>
          <w:color w:val="307AA4"/>
          <w:sz w:val="22"/>
        </w:rPr>
        <w:t xml:space="preserve">02  </w:t>
      </w:r>
      <w:r>
        <w:rPr>
          <w:rFonts w:ascii="Carlito" w:hAnsi="Carlito"/>
          <w:sz w:val="22"/>
        </w:rPr>
        <w:t>TIPOLOGIA DI INTERVENTO</w:t>
      </w:r>
    </w:p>
    <w:p w14:paraId="29247026" w14:textId="77777777" w:rsidR="00FC294E" w:rsidRDefault="00000000">
      <w:pPr>
        <w:spacing w:before="80"/>
      </w:pPr>
      <w:r>
        <w:rPr>
          <w:i/>
          <w:color w:val="4B5B69"/>
          <w:sz w:val="17"/>
        </w:rPr>
        <w:t>Barrare la tipologia di intervento alla quale ricondurre il modulo (art. 6 dell’Avviso).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81"/>
      </w:tblGrid>
      <w:tr w:rsidR="00FC294E" w14:paraId="75ECB951" w14:textId="77777777">
        <w:trPr>
          <w:cantSplit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75EF3C64" w14:textId="77777777" w:rsidR="00FC294E" w:rsidRDefault="00000000">
            <w:pPr>
              <w:spacing w:after="20"/>
            </w:pPr>
            <w:r>
              <w:rPr>
                <w:sz w:val="18"/>
              </w:rPr>
              <w:t>☐   Iniziative di cittadinanza ambientale e sviluppo sostenibile</w:t>
            </w:r>
          </w:p>
        </w:tc>
      </w:tr>
      <w:tr w:rsidR="00FC294E" w14:paraId="106C6FEE" w14:textId="77777777">
        <w:trPr>
          <w:cantSplit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158E5556" w14:textId="77777777" w:rsidR="00FC294E" w:rsidRDefault="00000000">
            <w:pPr>
              <w:spacing w:after="20"/>
            </w:pPr>
            <w:r>
              <w:rPr>
                <w:sz w:val="18"/>
              </w:rPr>
              <w:t>☐   Ambiente e legalità</w:t>
            </w:r>
          </w:p>
        </w:tc>
      </w:tr>
      <w:tr w:rsidR="00FC294E" w14:paraId="6D0E5FB6" w14:textId="77777777">
        <w:trPr>
          <w:cantSplit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2B0EACF8" w14:textId="77777777" w:rsidR="00FC294E" w:rsidRDefault="00000000">
            <w:pPr>
              <w:spacing w:after="20"/>
            </w:pPr>
            <w:r>
              <w:rPr>
                <w:sz w:val="18"/>
              </w:rPr>
              <w:t>☐   Cura e tutela dell’ambiente e del territorio</w:t>
            </w:r>
          </w:p>
        </w:tc>
      </w:tr>
      <w:tr w:rsidR="00FC294E" w14:paraId="0EB5958B" w14:textId="77777777">
        <w:trPr>
          <w:cantSplit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5B7ABD1B" w14:textId="77777777" w:rsidR="00FC294E" w:rsidRDefault="00000000">
            <w:pPr>
              <w:spacing w:after="20"/>
            </w:pPr>
            <w:r>
              <w:rPr>
                <w:sz w:val="18"/>
              </w:rPr>
              <w:t>☐   Educazione civica</w:t>
            </w:r>
          </w:p>
        </w:tc>
      </w:tr>
      <w:tr w:rsidR="00FC294E" w14:paraId="39DA2927" w14:textId="77777777">
        <w:trPr>
          <w:cantSplit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6736BC14" w14:textId="77777777" w:rsidR="00FC294E" w:rsidRDefault="00000000">
            <w:pPr>
              <w:spacing w:after="20"/>
            </w:pPr>
            <w:r>
              <w:rPr>
                <w:sz w:val="18"/>
              </w:rPr>
              <w:t>☐   Adozione o recupero di spazi verdi, luoghi pubblici, parti di patrimonio, aree scolastiche in disuso</w:t>
            </w:r>
          </w:p>
        </w:tc>
      </w:tr>
    </w:tbl>
    <w:p w14:paraId="01698780" w14:textId="77777777" w:rsidR="00FC294E" w:rsidRDefault="00000000">
      <w:pPr>
        <w:spacing w:before="80"/>
      </w:pPr>
      <w:r>
        <w:rPr>
          <w:i/>
          <w:color w:val="4B5B69"/>
          <w:sz w:val="17"/>
        </w:rPr>
        <w:t>Scheda da compilare per ciascun modulo. I dati indicati saranno verificati in sede di predisposizione della candidatura SIF2127.</w:t>
      </w:r>
    </w:p>
    <w:p w14:paraId="487FF42B" w14:textId="76788077" w:rsidR="00FC294E" w:rsidRDefault="00FC294E"/>
    <w:p w14:paraId="6FC6F813" w14:textId="77777777" w:rsidR="00FC294E" w:rsidRDefault="00000000">
      <w:pPr>
        <w:spacing w:after="140" w:line="281" w:lineRule="auto"/>
      </w:pPr>
      <w:r>
        <w:rPr>
          <w:b/>
          <w:color w:val="173F6A"/>
          <w:sz w:val="26"/>
        </w:rPr>
        <w:t>PROGETTAZIONE DIDATTICA</w:t>
      </w:r>
    </w:p>
    <w:p w14:paraId="3F27F022" w14:textId="77777777" w:rsidR="00FC294E" w:rsidRDefault="00000000">
      <w:pPr>
        <w:pStyle w:val="Titolo1"/>
        <w:pBdr>
          <w:bottom w:val="single" w:sz="7" w:space="0" w:color="C6D5E0"/>
        </w:pBdr>
      </w:pPr>
      <w:r>
        <w:rPr>
          <w:rFonts w:ascii="Carlito" w:hAnsi="Carlito"/>
          <w:color w:val="307AA4"/>
          <w:sz w:val="22"/>
        </w:rPr>
        <w:t xml:space="preserve">03  </w:t>
      </w:r>
      <w:r>
        <w:rPr>
          <w:rFonts w:ascii="Carlito" w:hAnsi="Carlito"/>
          <w:sz w:val="22"/>
        </w:rPr>
        <w:t>BISOGNI, COERENZA E OBIETTIVI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81"/>
      </w:tblGrid>
      <w:tr w:rsidR="00FC294E" w14:paraId="2B457318" w14:textId="77777777">
        <w:trPr>
          <w:cantSplit/>
          <w:trHeight w:val="1077"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7A340C4F" w14:textId="77777777" w:rsidR="00FC294E" w:rsidRDefault="00000000">
            <w:pPr>
              <w:spacing w:after="40"/>
            </w:pPr>
            <w:r>
              <w:rPr>
                <w:b/>
                <w:color w:val="173F6A"/>
                <w:sz w:val="19"/>
              </w:rPr>
              <w:t>CONTESTO E BISOGNI INDIVIDUATI</w:t>
            </w:r>
          </w:p>
          <w:p w14:paraId="39C9293D" w14:textId="77777777" w:rsidR="00FC294E" w:rsidRDefault="00000000">
            <w:r>
              <w:rPr>
                <w:i/>
                <w:color w:val="4B5B69"/>
                <w:sz w:val="17"/>
              </w:rPr>
              <w:t>Descrivere lo spazio, il bene pubblico o il bisogno educativo; precisare la motivazione e il coinvolgimento degli studenti.</w:t>
            </w:r>
          </w:p>
          <w:p w14:paraId="753FCA6B" w14:textId="77777777" w:rsidR="00FC294E" w:rsidRDefault="00000000">
            <w:pPr>
              <w:spacing w:after="20"/>
            </w:pPr>
            <w:r>
              <w:rPr>
                <w:i/>
                <w:color w:val="7890A1"/>
                <w:sz w:val="18"/>
              </w:rPr>
              <w:t>[Inserire qui la proposta]</w:t>
            </w:r>
          </w:p>
        </w:tc>
      </w:tr>
    </w:tbl>
    <w:p w14:paraId="225D1BE3" w14:textId="77777777" w:rsidR="00FC294E" w:rsidRDefault="00FC294E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81"/>
      </w:tblGrid>
      <w:tr w:rsidR="00FC294E" w14:paraId="512BAF52" w14:textId="77777777">
        <w:trPr>
          <w:cantSplit/>
          <w:trHeight w:val="1162"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6903A7D5" w14:textId="77777777" w:rsidR="00FC294E" w:rsidRDefault="00000000">
            <w:pPr>
              <w:spacing w:after="40"/>
            </w:pPr>
            <w:r>
              <w:rPr>
                <w:b/>
                <w:color w:val="173F6A"/>
                <w:sz w:val="19"/>
              </w:rPr>
              <w:t>FINALITÀ E OBIETTIVI DI APPRENDIMENTO</w:t>
            </w:r>
          </w:p>
          <w:p w14:paraId="4C4A8473" w14:textId="77777777" w:rsidR="00FC294E" w:rsidRDefault="00000000">
            <w:r>
              <w:rPr>
                <w:i/>
                <w:color w:val="4B5B69"/>
                <w:sz w:val="17"/>
              </w:rPr>
              <w:t>Specificare conoscenze, abilità, competenze civiche e ambientali attese; collegamento al curricolo di educazione civica e al PTOF.</w:t>
            </w:r>
          </w:p>
          <w:p w14:paraId="61C80319" w14:textId="77777777" w:rsidR="00FC294E" w:rsidRDefault="00000000">
            <w:pPr>
              <w:spacing w:after="20"/>
            </w:pPr>
            <w:r>
              <w:rPr>
                <w:i/>
                <w:color w:val="7890A1"/>
                <w:sz w:val="18"/>
              </w:rPr>
              <w:t>[Inserire qui la proposta]</w:t>
            </w:r>
          </w:p>
        </w:tc>
      </w:tr>
    </w:tbl>
    <w:p w14:paraId="13F1C372" w14:textId="77777777" w:rsidR="00FC294E" w:rsidRDefault="00FC294E">
      <w:pPr>
        <w:spacing w:after="0"/>
      </w:pPr>
    </w:p>
    <w:p w14:paraId="3CE39A0C" w14:textId="77777777" w:rsidR="00FC294E" w:rsidRDefault="00000000">
      <w:pPr>
        <w:pStyle w:val="Titolo1"/>
        <w:pBdr>
          <w:bottom w:val="single" w:sz="7" w:space="0" w:color="C6D5E0"/>
        </w:pBdr>
      </w:pPr>
      <w:r>
        <w:rPr>
          <w:rFonts w:ascii="Carlito" w:hAnsi="Carlito"/>
          <w:color w:val="307AA4"/>
          <w:sz w:val="22"/>
        </w:rPr>
        <w:lastRenderedPageBreak/>
        <w:t xml:space="preserve">04  </w:t>
      </w:r>
      <w:r>
        <w:rPr>
          <w:rFonts w:ascii="Carlito" w:hAnsi="Carlito"/>
          <w:sz w:val="22"/>
        </w:rPr>
        <w:t>APPROCCIO EDUCATIVO E INCLUSIONE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81"/>
      </w:tblGrid>
      <w:tr w:rsidR="00FC294E" w14:paraId="34FD0C10" w14:textId="77777777">
        <w:trPr>
          <w:cantSplit/>
          <w:trHeight w:val="1162"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02998997" w14:textId="77777777" w:rsidR="00FC294E" w:rsidRDefault="00000000">
            <w:pPr>
              <w:spacing w:after="40"/>
            </w:pPr>
            <w:r>
              <w:rPr>
                <w:b/>
                <w:color w:val="173F6A"/>
                <w:sz w:val="19"/>
              </w:rPr>
              <w:t>METODOLOGIE E INTERDISCIPLINARITÀ</w:t>
            </w:r>
          </w:p>
          <w:p w14:paraId="5740276B" w14:textId="77777777" w:rsidR="00FC294E" w:rsidRDefault="00000000">
            <w:r>
              <w:rPr>
                <w:i/>
                <w:color w:val="4B5B69"/>
                <w:sz w:val="17"/>
              </w:rPr>
              <w:t>Illustrare laboratori, ricerca sul campo, outdoor education, cooperative learning, service learning, compiti autentici, discipline coinvolte.</w:t>
            </w:r>
          </w:p>
          <w:p w14:paraId="53350B3D" w14:textId="77777777" w:rsidR="00FC294E" w:rsidRDefault="00000000">
            <w:pPr>
              <w:spacing w:after="20"/>
            </w:pPr>
            <w:r>
              <w:rPr>
                <w:i/>
                <w:color w:val="7890A1"/>
                <w:sz w:val="18"/>
              </w:rPr>
              <w:t>[Inserire qui la proposta]</w:t>
            </w:r>
          </w:p>
        </w:tc>
      </w:tr>
    </w:tbl>
    <w:p w14:paraId="6AC480AD" w14:textId="77777777" w:rsidR="00FC294E" w:rsidRDefault="00FC294E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81"/>
      </w:tblGrid>
      <w:tr w:rsidR="00FC294E" w14:paraId="03A8B634" w14:textId="77777777">
        <w:trPr>
          <w:cantSplit/>
          <w:trHeight w:val="1162"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0F8955E7" w14:textId="77777777" w:rsidR="00FC294E" w:rsidRDefault="00000000">
            <w:pPr>
              <w:spacing w:after="40"/>
            </w:pPr>
            <w:r>
              <w:rPr>
                <w:b/>
                <w:color w:val="173F6A"/>
                <w:sz w:val="19"/>
              </w:rPr>
              <w:t>PARTECIPAZIONE, INCLUSIONE E PARI OPPORTUNITÀ</w:t>
            </w:r>
          </w:p>
          <w:p w14:paraId="22B1255C" w14:textId="77777777" w:rsidR="00FC294E" w:rsidRDefault="00000000">
            <w:r>
              <w:rPr>
                <w:i/>
                <w:color w:val="4B5B69"/>
                <w:sz w:val="17"/>
              </w:rPr>
              <w:t>Descrivere adattamenti, accessibilità degli spazi e delle attività, modalità di partecipazione effettiva degli alunni con differenti bisogni.</w:t>
            </w:r>
          </w:p>
          <w:p w14:paraId="00F2F4DF" w14:textId="77777777" w:rsidR="00FC294E" w:rsidRDefault="00000000">
            <w:pPr>
              <w:spacing w:after="20"/>
            </w:pPr>
            <w:r>
              <w:rPr>
                <w:i/>
                <w:color w:val="7890A1"/>
                <w:sz w:val="18"/>
              </w:rPr>
              <w:t>[Inserire qui la proposta]</w:t>
            </w:r>
          </w:p>
        </w:tc>
      </w:tr>
    </w:tbl>
    <w:p w14:paraId="7A629C4A" w14:textId="77777777" w:rsidR="00FC294E" w:rsidRDefault="00FC294E">
      <w:pPr>
        <w:spacing w:after="0"/>
      </w:pPr>
    </w:p>
    <w:p w14:paraId="3412BF73" w14:textId="77777777" w:rsidR="00FC294E" w:rsidRDefault="00000000">
      <w:pPr>
        <w:pStyle w:val="Titolo1"/>
        <w:pBdr>
          <w:bottom w:val="single" w:sz="7" w:space="0" w:color="C6D5E0"/>
        </w:pBdr>
      </w:pPr>
      <w:r>
        <w:rPr>
          <w:rFonts w:ascii="Carlito" w:hAnsi="Carlito"/>
          <w:color w:val="307AA4"/>
          <w:sz w:val="22"/>
        </w:rPr>
        <w:t xml:space="preserve">05  </w:t>
      </w:r>
      <w:r>
        <w:rPr>
          <w:rFonts w:ascii="Carlito" w:hAnsi="Carlito"/>
          <w:sz w:val="22"/>
        </w:rPr>
        <w:t>AZIONI PREVISTE E IMPATTO SUL TERRITORIO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81"/>
      </w:tblGrid>
      <w:tr w:rsidR="00FC294E" w14:paraId="4854BC11" w14:textId="77777777">
        <w:trPr>
          <w:cantSplit/>
          <w:trHeight w:val="1247"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4E475D0B" w14:textId="77777777" w:rsidR="00FC294E" w:rsidRDefault="00000000">
            <w:pPr>
              <w:spacing w:after="40"/>
            </w:pPr>
            <w:r>
              <w:rPr>
                <w:b/>
                <w:color w:val="173F6A"/>
                <w:sz w:val="19"/>
              </w:rPr>
              <w:t>AZIONI DI CURA E VALORIZZAZIONE DEGLI SPAZI</w:t>
            </w:r>
          </w:p>
          <w:p w14:paraId="22C946AA" w14:textId="77777777" w:rsidR="00FC294E" w:rsidRDefault="00000000">
            <w:r>
              <w:rPr>
                <w:i/>
                <w:color w:val="4B5B69"/>
                <w:sz w:val="17"/>
              </w:rPr>
              <w:t>Indicare concretamente attività pratiche, spazi interessati, eventuale restituzione alla comunità e attenzione alla continuità nel tempo.</w:t>
            </w:r>
          </w:p>
          <w:p w14:paraId="1EA8AF2B" w14:textId="77777777" w:rsidR="00FC294E" w:rsidRDefault="00000000">
            <w:pPr>
              <w:spacing w:after="20"/>
            </w:pPr>
            <w:r>
              <w:rPr>
                <w:i/>
                <w:color w:val="7890A1"/>
                <w:sz w:val="18"/>
              </w:rPr>
              <w:t>[Inserire qui la proposta]</w:t>
            </w:r>
          </w:p>
        </w:tc>
      </w:tr>
    </w:tbl>
    <w:p w14:paraId="75BFC1E6" w14:textId="77777777" w:rsidR="00FC294E" w:rsidRDefault="00FC294E">
      <w:pPr>
        <w:spacing w:after="0"/>
      </w:pPr>
    </w:p>
    <w:p w14:paraId="587E79B5" w14:textId="77777777" w:rsidR="00FC294E" w:rsidRDefault="00000000">
      <w:pPr>
        <w:spacing w:before="80"/>
      </w:pPr>
      <w:r>
        <w:rPr>
          <w:i/>
          <w:color w:val="4B5B69"/>
          <w:sz w:val="17"/>
        </w:rPr>
        <w:t>Le azioni su beni e spazi esterni alla scuola dovranno essere subordinate alle necessarie autorizzazioni e a condizioni di sicurezza e vigilanza adeguate.</w:t>
      </w:r>
    </w:p>
    <w:p w14:paraId="070FF6FD" w14:textId="07E54015" w:rsidR="00FC294E" w:rsidRDefault="00FC294E"/>
    <w:p w14:paraId="0A830069" w14:textId="77777777" w:rsidR="00FC294E" w:rsidRDefault="00000000">
      <w:pPr>
        <w:spacing w:after="100" w:line="281" w:lineRule="auto"/>
      </w:pPr>
      <w:r>
        <w:rPr>
          <w:b/>
          <w:color w:val="173F6A"/>
          <w:sz w:val="26"/>
        </w:rPr>
        <w:t>ATTUAZIONE, RISULTATI E FATTIBILITÀ</w:t>
      </w:r>
    </w:p>
    <w:p w14:paraId="5EB36DF8" w14:textId="77777777" w:rsidR="00FC294E" w:rsidRDefault="00000000">
      <w:pPr>
        <w:pStyle w:val="Titolo1"/>
        <w:pBdr>
          <w:bottom w:val="single" w:sz="7" w:space="0" w:color="C6D5E0"/>
        </w:pBdr>
      </w:pPr>
      <w:r>
        <w:rPr>
          <w:rFonts w:ascii="Carlito" w:hAnsi="Carlito"/>
          <w:color w:val="307AA4"/>
          <w:sz w:val="22"/>
        </w:rPr>
        <w:t xml:space="preserve">06  </w:t>
      </w:r>
      <w:r>
        <w:rPr>
          <w:rFonts w:ascii="Carlito" w:hAnsi="Carlito"/>
          <w:sz w:val="22"/>
        </w:rPr>
        <w:t>ARTICOLAZIONE DEL PERCORSO E MONTE ORE</w:t>
      </w:r>
    </w:p>
    <w:p w14:paraId="248EBB48" w14:textId="77777777" w:rsidR="00FC294E" w:rsidRDefault="00000000">
      <w:pPr>
        <w:spacing w:before="80"/>
      </w:pPr>
      <w:r>
        <w:rPr>
          <w:i/>
          <w:color w:val="4B5B69"/>
          <w:sz w:val="17"/>
        </w:rPr>
        <w:t>Definire le fasi e distribuire le ore in modo coerente con la durata selezionata (30 oppure 60 ore). Le denominazioni sono modificabili.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4427"/>
        <w:gridCol w:w="2267"/>
      </w:tblGrid>
      <w:tr w:rsidR="00FC294E" w14:paraId="53BB4F43" w14:textId="77777777" w:rsidTr="00F43AC9">
        <w:trPr>
          <w:cantSplit/>
          <w:trHeight w:val="260"/>
          <w:tblHeader/>
          <w:jc w:val="center"/>
        </w:trPr>
        <w:tc>
          <w:tcPr>
            <w:tcW w:w="2267" w:type="dxa"/>
            <w:tcBorders>
              <w:top w:val="single" w:sz="5" w:space="0" w:color="173F6A"/>
              <w:left w:val="single" w:sz="5" w:space="0" w:color="173F6A"/>
              <w:bottom w:val="single" w:sz="5" w:space="0" w:color="173F6A"/>
              <w:right w:val="single" w:sz="5" w:space="0" w:color="173F6A"/>
            </w:tcBorders>
            <w:shd w:val="clear" w:color="auto" w:fill="173F6A"/>
          </w:tcPr>
          <w:p w14:paraId="12B37A1F" w14:textId="77777777" w:rsidR="00FC294E" w:rsidRDefault="00000000"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4426" w:type="dxa"/>
            <w:tcBorders>
              <w:top w:val="single" w:sz="5" w:space="0" w:color="173F6A"/>
              <w:left w:val="single" w:sz="5" w:space="0" w:color="173F6A"/>
              <w:bottom w:val="single" w:sz="5" w:space="0" w:color="173F6A"/>
              <w:right w:val="single" w:sz="5" w:space="0" w:color="173F6A"/>
            </w:tcBorders>
            <w:shd w:val="clear" w:color="auto" w:fill="173F6A"/>
          </w:tcPr>
          <w:p w14:paraId="0A60BD40" w14:textId="77777777" w:rsidR="00FC294E" w:rsidRDefault="00000000">
            <w:r>
              <w:rPr>
                <w:b/>
                <w:color w:val="FFFFFF"/>
                <w:sz w:val="18"/>
              </w:rPr>
              <w:t>Attività / strumenti / evidenze</w:t>
            </w:r>
          </w:p>
        </w:tc>
        <w:tc>
          <w:tcPr>
            <w:tcW w:w="2267" w:type="dxa"/>
            <w:tcBorders>
              <w:top w:val="single" w:sz="5" w:space="0" w:color="173F6A"/>
              <w:left w:val="single" w:sz="5" w:space="0" w:color="173F6A"/>
              <w:bottom w:val="single" w:sz="5" w:space="0" w:color="173F6A"/>
              <w:right w:val="single" w:sz="5" w:space="0" w:color="173F6A"/>
            </w:tcBorders>
            <w:shd w:val="clear" w:color="auto" w:fill="173F6A"/>
          </w:tcPr>
          <w:p w14:paraId="3C48E664" w14:textId="77777777" w:rsidR="00FC294E" w:rsidRDefault="00000000">
            <w:r>
              <w:rPr>
                <w:b/>
                <w:color w:val="FFFFFF"/>
                <w:sz w:val="18"/>
              </w:rPr>
              <w:t>Ore</w:t>
            </w:r>
          </w:p>
        </w:tc>
      </w:tr>
      <w:tr w:rsidR="00FC294E" w14:paraId="4B33AADA" w14:textId="77777777" w:rsidTr="00F43AC9">
        <w:trPr>
          <w:cantSplit/>
          <w:trHeight w:val="448"/>
          <w:jc w:val="center"/>
        </w:trPr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53DC9B60" w14:textId="77777777" w:rsidR="00FC294E" w:rsidRDefault="00000000">
            <w:r>
              <w:rPr>
                <w:b/>
                <w:color w:val="173F6A"/>
                <w:sz w:val="18"/>
              </w:rPr>
              <w:t>1. Avvio e ricognizione</w:t>
            </w:r>
          </w:p>
        </w:tc>
        <w:tc>
          <w:tcPr>
            <w:tcW w:w="442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51418A24" w14:textId="77777777" w:rsidR="00FC294E" w:rsidRDefault="00000000">
            <w:r>
              <w:rPr>
                <w:i/>
                <w:color w:val="7890A1"/>
                <w:sz w:val="17"/>
              </w:rPr>
              <w:t>[Attività, prodotti attesi e metodologie]</w:t>
            </w:r>
          </w:p>
        </w:tc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5A5D5FDE" w14:textId="77777777" w:rsidR="00FC294E" w:rsidRDefault="00000000">
            <w:r>
              <w:rPr>
                <w:color w:val="4B5B69"/>
                <w:sz w:val="18"/>
              </w:rPr>
              <w:t>[   ]</w:t>
            </w:r>
          </w:p>
        </w:tc>
      </w:tr>
      <w:tr w:rsidR="00FC294E" w14:paraId="2E1D99E0" w14:textId="77777777" w:rsidTr="00F43AC9">
        <w:trPr>
          <w:cantSplit/>
          <w:trHeight w:val="448"/>
          <w:jc w:val="center"/>
        </w:trPr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182E59EB" w14:textId="77777777" w:rsidR="00FC294E" w:rsidRDefault="00000000">
            <w:r>
              <w:rPr>
                <w:b/>
                <w:color w:val="173F6A"/>
                <w:sz w:val="18"/>
              </w:rPr>
              <w:t>2. Indagine / ricerca</w:t>
            </w:r>
          </w:p>
        </w:tc>
        <w:tc>
          <w:tcPr>
            <w:tcW w:w="442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453C555A" w14:textId="77777777" w:rsidR="00FC294E" w:rsidRDefault="00000000">
            <w:r>
              <w:rPr>
                <w:i/>
                <w:color w:val="7890A1"/>
                <w:sz w:val="17"/>
              </w:rPr>
              <w:t>[Attività, prodotti attesi e metodologie]</w:t>
            </w:r>
          </w:p>
        </w:tc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36A33463" w14:textId="77777777" w:rsidR="00FC294E" w:rsidRDefault="00000000">
            <w:r>
              <w:rPr>
                <w:color w:val="4B5B69"/>
                <w:sz w:val="18"/>
              </w:rPr>
              <w:t>[   ]</w:t>
            </w:r>
          </w:p>
        </w:tc>
      </w:tr>
      <w:tr w:rsidR="00FC294E" w14:paraId="769600C3" w14:textId="77777777" w:rsidTr="00F43AC9">
        <w:trPr>
          <w:cantSplit/>
          <w:trHeight w:val="448"/>
          <w:jc w:val="center"/>
        </w:trPr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40A4ED08" w14:textId="77777777" w:rsidR="00FC294E" w:rsidRDefault="00000000">
            <w:r>
              <w:rPr>
                <w:b/>
                <w:color w:val="173F6A"/>
                <w:sz w:val="18"/>
              </w:rPr>
              <w:t>3. Progettazione</w:t>
            </w:r>
          </w:p>
        </w:tc>
        <w:tc>
          <w:tcPr>
            <w:tcW w:w="442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122630C3" w14:textId="77777777" w:rsidR="00FC294E" w:rsidRDefault="00000000">
            <w:r>
              <w:rPr>
                <w:i/>
                <w:color w:val="7890A1"/>
                <w:sz w:val="17"/>
              </w:rPr>
              <w:t>[Attività, prodotti attesi e metodologie]</w:t>
            </w:r>
          </w:p>
        </w:tc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5E296F0C" w14:textId="77777777" w:rsidR="00FC294E" w:rsidRDefault="00000000">
            <w:r>
              <w:rPr>
                <w:color w:val="4B5B69"/>
                <w:sz w:val="18"/>
              </w:rPr>
              <w:t>[   ]</w:t>
            </w:r>
          </w:p>
        </w:tc>
      </w:tr>
      <w:tr w:rsidR="00FC294E" w14:paraId="5BA6885D" w14:textId="77777777" w:rsidTr="00F43AC9">
        <w:trPr>
          <w:cantSplit/>
          <w:trHeight w:val="448"/>
          <w:jc w:val="center"/>
        </w:trPr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73A83E22" w14:textId="77777777" w:rsidR="00FC294E" w:rsidRDefault="00000000">
            <w:r>
              <w:rPr>
                <w:b/>
                <w:color w:val="173F6A"/>
                <w:sz w:val="18"/>
              </w:rPr>
              <w:t>4. Azione sul campo</w:t>
            </w:r>
          </w:p>
        </w:tc>
        <w:tc>
          <w:tcPr>
            <w:tcW w:w="442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1864A3F4" w14:textId="77777777" w:rsidR="00FC294E" w:rsidRDefault="00000000">
            <w:r>
              <w:rPr>
                <w:i/>
                <w:color w:val="7890A1"/>
                <w:sz w:val="17"/>
              </w:rPr>
              <w:t>[Attività, prodotti attesi e metodologie]</w:t>
            </w:r>
          </w:p>
        </w:tc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67F27605" w14:textId="77777777" w:rsidR="00FC294E" w:rsidRDefault="00000000">
            <w:r>
              <w:rPr>
                <w:color w:val="4B5B69"/>
                <w:sz w:val="18"/>
              </w:rPr>
              <w:t>[   ]</w:t>
            </w:r>
          </w:p>
        </w:tc>
      </w:tr>
      <w:tr w:rsidR="00FC294E" w14:paraId="3C7C3224" w14:textId="77777777" w:rsidTr="00F43AC9">
        <w:trPr>
          <w:cantSplit/>
          <w:trHeight w:val="448"/>
          <w:jc w:val="center"/>
        </w:trPr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1ECA3CDE" w14:textId="77777777" w:rsidR="00FC294E" w:rsidRDefault="00000000">
            <w:r>
              <w:rPr>
                <w:b/>
                <w:color w:val="173F6A"/>
                <w:sz w:val="18"/>
              </w:rPr>
              <w:t>5. Restituzione / verifica</w:t>
            </w:r>
          </w:p>
        </w:tc>
        <w:tc>
          <w:tcPr>
            <w:tcW w:w="442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4F8DC566" w14:textId="77777777" w:rsidR="00FC294E" w:rsidRDefault="00000000">
            <w:r>
              <w:rPr>
                <w:i/>
                <w:color w:val="7890A1"/>
                <w:sz w:val="17"/>
              </w:rPr>
              <w:t>[Attività, prodotti attesi e metodologie]</w:t>
            </w:r>
          </w:p>
        </w:tc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0CDAAF1A" w14:textId="77777777" w:rsidR="00FC294E" w:rsidRDefault="00000000">
            <w:r>
              <w:rPr>
                <w:color w:val="4B5B69"/>
                <w:sz w:val="18"/>
              </w:rPr>
              <w:t>[   ]</w:t>
            </w:r>
          </w:p>
        </w:tc>
      </w:tr>
      <w:tr w:rsidR="00FC294E" w14:paraId="5C2C780A" w14:textId="77777777" w:rsidTr="00F43AC9">
        <w:trPr>
          <w:cantSplit/>
          <w:trHeight w:val="260"/>
          <w:jc w:val="center"/>
        </w:trPr>
        <w:tc>
          <w:tcPr>
            <w:tcW w:w="6694" w:type="dxa"/>
            <w:gridSpan w:val="2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</w:tcPr>
          <w:p w14:paraId="039C63AD" w14:textId="77777777" w:rsidR="00FC294E" w:rsidRDefault="00000000">
            <w:r>
              <w:rPr>
                <w:b/>
                <w:color w:val="173F6A"/>
                <w:sz w:val="18"/>
              </w:rPr>
              <w:t>TOTALE ORE DEL MODULO</w:t>
            </w:r>
          </w:p>
        </w:tc>
        <w:tc>
          <w:tcPr>
            <w:tcW w:w="2267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</w:tcPr>
          <w:p w14:paraId="21A89A19" w14:textId="77777777" w:rsidR="00FC294E" w:rsidRDefault="00000000">
            <w:r>
              <w:rPr>
                <w:b/>
                <w:color w:val="173F6A"/>
                <w:sz w:val="18"/>
              </w:rPr>
              <w:t>[30 / 60]</w:t>
            </w:r>
          </w:p>
        </w:tc>
      </w:tr>
    </w:tbl>
    <w:p w14:paraId="3105F1FF" w14:textId="77777777" w:rsidR="00FC294E" w:rsidRDefault="00000000">
      <w:pPr>
        <w:pStyle w:val="Titolo1"/>
        <w:pBdr>
          <w:bottom w:val="single" w:sz="7" w:space="0" w:color="C6D5E0"/>
        </w:pBdr>
      </w:pPr>
      <w:proofErr w:type="gramStart"/>
      <w:r>
        <w:rPr>
          <w:rFonts w:ascii="Carlito" w:hAnsi="Carlito"/>
          <w:color w:val="307AA4"/>
          <w:sz w:val="22"/>
        </w:rPr>
        <w:t xml:space="preserve">07  </w:t>
      </w:r>
      <w:r>
        <w:rPr>
          <w:rFonts w:ascii="Carlito" w:hAnsi="Carlito"/>
          <w:sz w:val="22"/>
        </w:rPr>
        <w:t>ORGANIZZAZIONE</w:t>
      </w:r>
      <w:proofErr w:type="gramEnd"/>
      <w:r>
        <w:rPr>
          <w:rFonts w:ascii="Carlito" w:hAnsi="Carlito"/>
          <w:sz w:val="22"/>
        </w:rPr>
        <w:t xml:space="preserve"> E COLLABORAZIONI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746"/>
      </w:tblGrid>
      <w:tr w:rsidR="00FC294E" w14:paraId="39C2AC62" w14:textId="77777777">
        <w:trPr>
          <w:cantSplit/>
          <w:trHeight w:val="357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4C219FB9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Esperto (indicativo)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40F95F1D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[Nominativo o profilo professionale richiesto]</w:t>
            </w:r>
          </w:p>
        </w:tc>
      </w:tr>
      <w:tr w:rsidR="00FC294E" w14:paraId="07082E39" w14:textId="77777777">
        <w:trPr>
          <w:cantSplit/>
          <w:trHeight w:val="357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7C5C0510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Tutor (indicativo)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713B325E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[Nominativo o profilo professionale richiesto]</w:t>
            </w:r>
          </w:p>
        </w:tc>
      </w:tr>
      <w:tr w:rsidR="00FC294E" w14:paraId="7DED662D" w14:textId="77777777">
        <w:trPr>
          <w:cantSplit/>
          <w:trHeight w:val="357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5FE1EDBD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Soggetti collaboratori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796A4BDD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[Ente locale / ETS / associazione / altro; ruolo previsto]</w:t>
            </w:r>
          </w:p>
        </w:tc>
      </w:tr>
      <w:tr w:rsidR="00FC294E" w14:paraId="13BE5854" w14:textId="77777777">
        <w:trPr>
          <w:cantSplit/>
          <w:trHeight w:val="397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1775C728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Aspetti organizzativi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1C661849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[Trasporti / accesso a spazi / autorizzazioni / vigilanza / sicurezza]</w:t>
            </w:r>
          </w:p>
        </w:tc>
      </w:tr>
      <w:tr w:rsidR="00FC294E" w14:paraId="1655E5A6" w14:textId="77777777">
        <w:trPr>
          <w:cantSplit/>
          <w:trHeight w:val="357"/>
          <w:jc w:val="center"/>
        </w:trPr>
        <w:tc>
          <w:tcPr>
            <w:tcW w:w="2835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EAF2F8"/>
            <w:vAlign w:val="center"/>
          </w:tcPr>
          <w:p w14:paraId="084F3DA6" w14:textId="77777777" w:rsidR="00FC294E" w:rsidRDefault="00000000">
            <w:pPr>
              <w:spacing w:after="20"/>
            </w:pPr>
            <w:r>
              <w:rPr>
                <w:b/>
                <w:color w:val="173F6A"/>
                <w:sz w:val="18"/>
              </w:rPr>
              <w:t>Servizio mensa opzionale</w:t>
            </w:r>
          </w:p>
        </w:tc>
        <w:tc>
          <w:tcPr>
            <w:tcW w:w="6746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  <w:vAlign w:val="center"/>
          </w:tcPr>
          <w:p w14:paraId="62FCC672" w14:textId="77777777" w:rsidR="00FC294E" w:rsidRDefault="00000000">
            <w:pPr>
              <w:spacing w:after="20"/>
            </w:pPr>
            <w:r>
              <w:rPr>
                <w:i/>
                <w:color w:val="4B5B69"/>
                <w:sz w:val="18"/>
              </w:rPr>
              <w:t>☐ Sì       ☐ No       ☐ Da valutare</w:t>
            </w:r>
          </w:p>
        </w:tc>
      </w:tr>
    </w:tbl>
    <w:p w14:paraId="7857C9CC" w14:textId="77777777" w:rsidR="00FC294E" w:rsidRDefault="00000000">
      <w:pPr>
        <w:pStyle w:val="Titolo1"/>
        <w:pBdr>
          <w:bottom w:val="single" w:sz="7" w:space="0" w:color="C6D5E0"/>
        </w:pBdr>
      </w:pPr>
      <w:r>
        <w:rPr>
          <w:rFonts w:ascii="Carlito" w:hAnsi="Carlito"/>
          <w:color w:val="307AA4"/>
          <w:sz w:val="22"/>
        </w:rPr>
        <w:lastRenderedPageBreak/>
        <w:t xml:space="preserve">08  </w:t>
      </w:r>
      <w:r>
        <w:rPr>
          <w:rFonts w:ascii="Carlito" w:hAnsi="Carlito"/>
          <w:sz w:val="22"/>
        </w:rPr>
        <w:t>RISULTATI, VALUTAZIONE E DOCUMENTAZIONE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81"/>
      </w:tblGrid>
      <w:tr w:rsidR="00FC294E" w14:paraId="17873598" w14:textId="77777777">
        <w:trPr>
          <w:cantSplit/>
          <w:trHeight w:val="879"/>
        </w:trPr>
        <w:tc>
          <w:tcPr>
            <w:tcW w:w="9581" w:type="dxa"/>
            <w:tcBorders>
              <w:top w:val="single" w:sz="5" w:space="0" w:color="C6D5E0"/>
              <w:left w:val="single" w:sz="5" w:space="0" w:color="C6D5E0"/>
              <w:bottom w:val="single" w:sz="5" w:space="0" w:color="C6D5E0"/>
              <w:right w:val="single" w:sz="5" w:space="0" w:color="C6D5E0"/>
            </w:tcBorders>
            <w:shd w:val="clear" w:color="auto" w:fill="F6F9FC"/>
          </w:tcPr>
          <w:p w14:paraId="5AE595A9" w14:textId="77777777" w:rsidR="00FC294E" w:rsidRDefault="00000000">
            <w:pPr>
              <w:spacing w:after="40"/>
            </w:pPr>
            <w:r>
              <w:rPr>
                <w:b/>
                <w:color w:val="173F6A"/>
                <w:sz w:val="19"/>
              </w:rPr>
              <w:t>PRODOTTI FINALI E INDICATORI VERIFICABILI</w:t>
            </w:r>
          </w:p>
          <w:p w14:paraId="34AB6CA8" w14:textId="77777777" w:rsidR="00FC294E" w:rsidRDefault="00000000">
            <w:r>
              <w:rPr>
                <w:i/>
                <w:color w:val="4B5B69"/>
                <w:sz w:val="17"/>
              </w:rPr>
              <w:t>Es.: area valorizzata, percorso illustrativo, mappa, materiali informativi, diario di bordo; n. partecipanti, evidenze documentate, rubriche, questionari.</w:t>
            </w:r>
          </w:p>
          <w:p w14:paraId="2F7430F7" w14:textId="77777777" w:rsidR="00FC294E" w:rsidRDefault="00000000">
            <w:pPr>
              <w:spacing w:after="20"/>
            </w:pPr>
            <w:r>
              <w:rPr>
                <w:i/>
                <w:color w:val="7890A1"/>
                <w:sz w:val="18"/>
              </w:rPr>
              <w:t>[Inserire qui la proposta]</w:t>
            </w:r>
          </w:p>
        </w:tc>
      </w:tr>
    </w:tbl>
    <w:p w14:paraId="391FD519" w14:textId="77777777" w:rsidR="00FC294E" w:rsidRDefault="00FC294E">
      <w:pPr>
        <w:spacing w:after="0"/>
      </w:pPr>
    </w:p>
    <w:p w14:paraId="153EE17F" w14:textId="77777777" w:rsidR="00FC294E" w:rsidRDefault="00000000">
      <w:pPr>
        <w:spacing w:before="60" w:after="180" w:line="281" w:lineRule="auto"/>
      </w:pPr>
      <w:r>
        <w:rPr>
          <w:b/>
          <w:sz w:val="19"/>
        </w:rPr>
        <w:t xml:space="preserve">Data della proposta: </w:t>
      </w:r>
      <w:r>
        <w:rPr>
          <w:color w:val="4B5B69"/>
          <w:sz w:val="19"/>
        </w:rPr>
        <w:t>____ / ____ / 2026</w:t>
      </w:r>
    </w:p>
    <w:p w14:paraId="285D8E91" w14:textId="77777777" w:rsidR="00FC294E" w:rsidRDefault="00000000">
      <w:pPr>
        <w:spacing w:after="0" w:line="281" w:lineRule="auto"/>
      </w:pPr>
      <w:r>
        <w:rPr>
          <w:b/>
          <w:sz w:val="19"/>
        </w:rPr>
        <w:t xml:space="preserve">Docente/i proponente/i (firma): </w:t>
      </w:r>
      <w:r>
        <w:rPr>
          <w:color w:val="4B5B69"/>
          <w:sz w:val="19"/>
        </w:rPr>
        <w:t>__________________________________________________________</w:t>
      </w:r>
    </w:p>
    <w:p w14:paraId="28332AD1" w14:textId="77777777" w:rsidR="00FC294E" w:rsidRDefault="00000000">
      <w:pPr>
        <w:spacing w:before="80"/>
      </w:pPr>
      <w:r>
        <w:rPr>
          <w:i/>
          <w:color w:val="4B5B69"/>
          <w:sz w:val="17"/>
        </w:rPr>
        <w:t>Nota: le figure professionali indicate hanno carattere propositivo e non costituiscono conferimento di incarico. La candidatura e l’eventuale attuazione seguono le disposizioni dell’Avviso e le procedure dell’Istituto.</w:t>
      </w:r>
    </w:p>
    <w:sectPr w:rsidR="00FC294E" w:rsidSect="00034616">
      <w:headerReference w:type="default" r:id="rId8"/>
      <w:footerReference w:type="default" r:id="rId9"/>
      <w:pgSz w:w="11906" w:h="16838"/>
      <w:pgMar w:top="1531" w:right="1134" w:bottom="992" w:left="1191" w:header="340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EF55C" w14:textId="77777777" w:rsidR="002177AC" w:rsidRDefault="002177AC">
      <w:pPr>
        <w:spacing w:after="0" w:line="240" w:lineRule="auto"/>
      </w:pPr>
      <w:r>
        <w:separator/>
      </w:r>
    </w:p>
  </w:endnote>
  <w:endnote w:type="continuationSeparator" w:id="0">
    <w:p w14:paraId="44BEF7FA" w14:textId="77777777" w:rsidR="002177AC" w:rsidRDefault="00217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4A5F" w14:textId="77777777" w:rsidR="00FC294E" w:rsidRDefault="00FC294E">
    <w:pPr>
      <w:pStyle w:val="Pidipagina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791"/>
      <w:gridCol w:w="4791"/>
    </w:tblGrid>
    <w:tr w:rsidR="00FC294E" w14:paraId="28D7D042" w14:textId="77777777">
      <w:tc>
        <w:tcPr>
          <w:tcW w:w="4791" w:type="dxa"/>
        </w:tcPr>
        <w:p w14:paraId="0DC7D9B5" w14:textId="77777777" w:rsidR="00FC294E" w:rsidRDefault="00000000">
          <w:pPr>
            <w:spacing w:after="0"/>
          </w:pPr>
          <w:r>
            <w:rPr>
              <w:noProof/>
            </w:rPr>
            <w:drawing>
              <wp:inline distT="0" distB="0" distL="0" distR="0" wp14:anchorId="387CE12C" wp14:editId="29D721DD">
                <wp:extent cx="2376000" cy="295115"/>
                <wp:effectExtent l="0" t="0" r="0" b="0"/>
                <wp:docPr id="2400221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n_logos_79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6000" cy="295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1" w:type="dxa"/>
        </w:tcPr>
        <w:p w14:paraId="46F7BB43" w14:textId="77777777" w:rsidR="00FC294E" w:rsidRDefault="00000000">
          <w:pPr>
            <w:spacing w:after="0"/>
            <w:jc w:val="right"/>
          </w:pPr>
          <w:r>
            <w:rPr>
              <w:color w:val="4B5B69"/>
              <w:sz w:val="16"/>
            </w:rPr>
            <w:t xml:space="preserve">PN “Scuola e </w:t>
          </w:r>
          <w:proofErr w:type="spellStart"/>
          <w:r>
            <w:rPr>
              <w:color w:val="4B5B69"/>
              <w:sz w:val="16"/>
            </w:rPr>
            <w:t>competenze</w:t>
          </w:r>
          <w:proofErr w:type="spellEnd"/>
          <w:r>
            <w:rPr>
              <w:color w:val="4B5B69"/>
              <w:sz w:val="16"/>
            </w:rPr>
            <w:t>” 2021–</w:t>
          </w:r>
          <w:proofErr w:type="gramStart"/>
          <w:r>
            <w:rPr>
              <w:color w:val="4B5B69"/>
              <w:sz w:val="16"/>
            </w:rPr>
            <w:t>2027  •</w:t>
          </w:r>
          <w:proofErr w:type="gramEnd"/>
          <w:r>
            <w:rPr>
              <w:color w:val="4B5B69"/>
              <w:sz w:val="16"/>
            </w:rPr>
            <w:t xml:space="preserve">  FSE+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A774" w14:textId="77777777" w:rsidR="002177AC" w:rsidRDefault="002177AC">
      <w:pPr>
        <w:spacing w:after="0" w:line="240" w:lineRule="auto"/>
      </w:pPr>
      <w:r>
        <w:separator/>
      </w:r>
    </w:p>
  </w:footnote>
  <w:footnote w:type="continuationSeparator" w:id="0">
    <w:p w14:paraId="7C6ABDA1" w14:textId="77777777" w:rsidR="002177AC" w:rsidRDefault="00217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B49B7" w14:textId="77777777" w:rsidR="00FC294E" w:rsidRDefault="00FC294E" w:rsidP="00F43AC9">
    <w:pPr>
      <w:pBdr>
        <w:bottom w:val="single" w:sz="16" w:space="0" w:color="307AA4"/>
      </w:pBdr>
      <w:spacing w:before="8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4485738">
    <w:abstractNumId w:val="8"/>
  </w:num>
  <w:num w:numId="2" w16cid:durableId="1142309029">
    <w:abstractNumId w:val="6"/>
  </w:num>
  <w:num w:numId="3" w16cid:durableId="1083572530">
    <w:abstractNumId w:val="5"/>
  </w:num>
  <w:num w:numId="4" w16cid:durableId="2018144413">
    <w:abstractNumId w:val="4"/>
  </w:num>
  <w:num w:numId="5" w16cid:durableId="199710401">
    <w:abstractNumId w:val="7"/>
  </w:num>
  <w:num w:numId="6" w16cid:durableId="1055859396">
    <w:abstractNumId w:val="3"/>
  </w:num>
  <w:num w:numId="7" w16cid:durableId="928924997">
    <w:abstractNumId w:val="2"/>
  </w:num>
  <w:num w:numId="8" w16cid:durableId="382218475">
    <w:abstractNumId w:val="1"/>
  </w:num>
  <w:num w:numId="9" w16cid:durableId="67843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7AC"/>
    <w:rsid w:val="0029639D"/>
    <w:rsid w:val="00326F90"/>
    <w:rsid w:val="00457C77"/>
    <w:rsid w:val="00AA1D8D"/>
    <w:rsid w:val="00B47730"/>
    <w:rsid w:val="00CB0664"/>
    <w:rsid w:val="00F43AC9"/>
    <w:rsid w:val="00FC29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06E31F"/>
  <w14:defaultImageDpi w14:val="300"/>
  <w15:docId w15:val="{47235A8A-92D3-49BF-AC5A-202AE4B1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Carlito" w:hAnsi="Carlito"/>
      <w:color w:val="1E2D39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73F6A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73F6A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173F6A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PN Scuola e competenze 2021-2027 – Cittadinanza ambientale</dc:title>
  <dc:subject>Avviso pubblico prot. 239372 del 12 ottobre 2026 – ESO4.6.A3 / ESO4.6.A3.A</dc:subject>
  <dc:creator>Istituto Comprensivo Primo Levi - Marino</dc:creator>
  <cp:keywords/>
  <dc:description>generated by python-docx</dc:description>
  <cp:lastModifiedBy>Francesca Toscano</cp:lastModifiedBy>
  <cp:revision>2</cp:revision>
  <dcterms:created xsi:type="dcterms:W3CDTF">2026-10-14T06:50:00Z</dcterms:created>
  <dcterms:modified xsi:type="dcterms:W3CDTF">2026-10-14T06:50:00Z</dcterms:modified>
  <cp:category/>
</cp:coreProperties>
</file>